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730D" w14:textId="77777777" w:rsidR="00E930EC" w:rsidRDefault="00E930EC"/>
    <w:p w14:paraId="103F73DF" w14:textId="77777777" w:rsidR="00E930EC" w:rsidRDefault="00000000">
      <w:pPr>
        <w:jc w:val="center"/>
      </w:pPr>
      <w:r>
        <w:rPr>
          <w:rFonts w:ascii="Arial" w:hAnsi="Arial"/>
          <w:b/>
          <w:sz w:val="48"/>
        </w:rPr>
        <w:t>USO DE LIBRERÍAS PYTHON PARA IA</w:t>
      </w:r>
    </w:p>
    <w:p w14:paraId="6D4CE3B0" w14:textId="77777777" w:rsidR="00E930EC" w:rsidRDefault="00000000">
      <w:pPr>
        <w:jc w:val="center"/>
      </w:pPr>
      <w:r>
        <w:rPr>
          <w:rFonts w:ascii="Arial" w:hAnsi="Arial"/>
          <w:sz w:val="28"/>
        </w:rPr>
        <w:t>Script de Aplicación de Librerías para Ciencia de Datos</w:t>
      </w:r>
    </w:p>
    <w:p w14:paraId="39C7C130" w14:textId="77777777" w:rsidR="00E930EC" w:rsidRDefault="00E930EC"/>
    <w:p w14:paraId="3F4B17A5" w14:textId="77777777" w:rsidR="00E930EC" w:rsidRDefault="00E930EC"/>
    <w:p w14:paraId="3ED6DA2D" w14:textId="77777777" w:rsidR="00E930EC" w:rsidRDefault="00000000">
      <w:pPr>
        <w:jc w:val="center"/>
      </w:pPr>
      <w:r>
        <w:rPr>
          <w:rFonts w:ascii="Arial" w:hAnsi="Arial"/>
          <w:b/>
          <w:sz w:val="32"/>
        </w:rPr>
        <w:t>Fundamentos para IA</w:t>
      </w:r>
    </w:p>
    <w:p w14:paraId="537CC3E4" w14:textId="77777777" w:rsidR="00E930EC" w:rsidRDefault="00000000">
      <w:pPr>
        <w:jc w:val="center"/>
      </w:pPr>
      <w:r>
        <w:rPr>
          <w:rFonts w:ascii="Arial" w:hAnsi="Arial"/>
          <w:sz w:val="28"/>
        </w:rPr>
        <w:t>NRC-197</w:t>
      </w:r>
    </w:p>
    <w:p w14:paraId="7473EFF8" w14:textId="77777777" w:rsidR="00E930EC" w:rsidRDefault="00000000">
      <w:pPr>
        <w:jc w:val="center"/>
      </w:pPr>
      <w:r>
        <w:rPr>
          <w:rFonts w:ascii="Arial" w:hAnsi="Arial"/>
          <w:sz w:val="28"/>
        </w:rPr>
        <w:t>Semana 4</w:t>
      </w:r>
    </w:p>
    <w:p w14:paraId="1EC9FDBF" w14:textId="77777777" w:rsidR="00E930EC" w:rsidRDefault="00E930EC"/>
    <w:p w14:paraId="46185D95" w14:textId="77777777" w:rsidR="00E930EC" w:rsidRDefault="00E930EC"/>
    <w:p w14:paraId="2FCAE4C3" w14:textId="77777777" w:rsidR="00E930EC" w:rsidRDefault="00E930EC"/>
    <w:p w14:paraId="15B6D932" w14:textId="77777777" w:rsidR="00E930EC" w:rsidRDefault="00000000">
      <w:pPr>
        <w:jc w:val="center"/>
      </w:pPr>
      <w:r>
        <w:rPr>
          <w:rFonts w:ascii="Arial" w:hAnsi="Arial"/>
          <w:sz w:val="24"/>
        </w:rPr>
        <w:t>Presentado por:</w:t>
      </w:r>
    </w:p>
    <w:p w14:paraId="22B70A2A" w14:textId="77777777" w:rsidR="00E930EC" w:rsidRDefault="00000000">
      <w:pPr>
        <w:jc w:val="center"/>
      </w:pPr>
      <w:r>
        <w:rPr>
          <w:rFonts w:ascii="Arial" w:hAnsi="Arial"/>
          <w:b/>
          <w:sz w:val="28"/>
        </w:rPr>
        <w:t>Alexander Oviedo Fadul</w:t>
      </w:r>
    </w:p>
    <w:p w14:paraId="630DAD2B" w14:textId="77777777" w:rsidR="00E930EC" w:rsidRDefault="00E930EC"/>
    <w:p w14:paraId="1EB94881" w14:textId="77777777" w:rsidR="00E930EC" w:rsidRDefault="00E930EC"/>
    <w:p w14:paraId="451F3655" w14:textId="77777777" w:rsidR="00E930EC" w:rsidRDefault="00000000">
      <w:pPr>
        <w:jc w:val="center"/>
      </w:pPr>
      <w:r>
        <w:rPr>
          <w:rFonts w:ascii="Arial" w:hAnsi="Arial"/>
          <w:sz w:val="24"/>
        </w:rPr>
        <w:t>Docente:</w:t>
      </w:r>
    </w:p>
    <w:p w14:paraId="5BEBD36F" w14:textId="3EFE8BA7" w:rsidR="00E930EC" w:rsidRDefault="00C45F2D" w:rsidP="00C45F2D">
      <w:pPr>
        <w:jc w:val="center"/>
      </w:pPr>
      <w:r w:rsidRPr="00C45F2D">
        <w:rPr>
          <w:rFonts w:ascii="Arial" w:hAnsi="Arial"/>
          <w:sz w:val="28"/>
        </w:rPr>
        <w:t>Breyner Alexander Porras Rojas</w:t>
      </w:r>
    </w:p>
    <w:p w14:paraId="011B3586" w14:textId="77777777" w:rsidR="00E930EC" w:rsidRDefault="00E930EC"/>
    <w:p w14:paraId="0BE11440" w14:textId="77777777" w:rsidR="00E930EC" w:rsidRDefault="00E930EC"/>
    <w:p w14:paraId="2C834815" w14:textId="77777777" w:rsidR="00C45F2D" w:rsidRDefault="00C45F2D"/>
    <w:p w14:paraId="54D28210" w14:textId="77777777" w:rsidR="00E930EC" w:rsidRDefault="00000000">
      <w:pPr>
        <w:jc w:val="center"/>
      </w:pPr>
      <w:r>
        <w:rPr>
          <w:rFonts w:ascii="Arial" w:hAnsi="Arial"/>
          <w:b/>
          <w:sz w:val="24"/>
        </w:rPr>
        <w:t>CORPORACIÓN UNIVERSITARIA MINUTO DE DIOS</w:t>
      </w:r>
    </w:p>
    <w:p w14:paraId="2AD4889A" w14:textId="01D992B9" w:rsidR="00E930EC" w:rsidRDefault="0032281A">
      <w:pPr>
        <w:jc w:val="center"/>
      </w:pPr>
      <w:r>
        <w:rPr>
          <w:rFonts w:ascii="Arial" w:hAnsi="Arial"/>
          <w:sz w:val="24"/>
        </w:rPr>
        <w:t>Esp. Inteligencia Artificial</w:t>
      </w:r>
    </w:p>
    <w:p w14:paraId="36894394" w14:textId="77777777" w:rsidR="00E930EC" w:rsidRDefault="00000000">
      <w:pPr>
        <w:jc w:val="center"/>
      </w:pPr>
      <w:r>
        <w:rPr>
          <w:rFonts w:ascii="Arial" w:hAnsi="Arial"/>
          <w:sz w:val="24"/>
        </w:rPr>
        <w:t>Febrero 2026</w:t>
      </w:r>
    </w:p>
    <w:p w14:paraId="4AF2511E" w14:textId="77777777" w:rsidR="00E930EC" w:rsidRDefault="00000000">
      <w:r>
        <w:br w:type="page"/>
      </w:r>
    </w:p>
    <w:p w14:paraId="4D1EC942" w14:textId="77777777" w:rsidR="00E930EC" w:rsidRDefault="00000000">
      <w:pPr>
        <w:jc w:val="center"/>
      </w:pPr>
      <w:r>
        <w:rPr>
          <w:rFonts w:ascii="Arial" w:hAnsi="Arial"/>
          <w:b/>
          <w:sz w:val="32"/>
        </w:rPr>
        <w:lastRenderedPageBreak/>
        <w:t>ENLACE AL NOTEBOOK EN GOOGLE COLAB</w:t>
      </w:r>
    </w:p>
    <w:p w14:paraId="311BCF41" w14:textId="77777777" w:rsidR="00E930EC" w:rsidRDefault="00E930EC"/>
    <w:p w14:paraId="12EAC822" w14:textId="77777777" w:rsidR="00E930EC" w:rsidRDefault="00E930EC"/>
    <w:p w14:paraId="540C79D2" w14:textId="77777777" w:rsidR="00E930EC" w:rsidRDefault="00000000">
      <w:pPr>
        <w:jc w:val="both"/>
      </w:pPr>
      <w:r>
        <w:rPr>
          <w:rFonts w:ascii="Arial" w:hAnsi="Arial"/>
          <w:sz w:val="24"/>
        </w:rPr>
        <w:t xml:space="preserve">El script completo de esta actividad se encuentra disponible en Google </w:t>
      </w:r>
      <w:proofErr w:type="spellStart"/>
      <w:r>
        <w:rPr>
          <w:rFonts w:ascii="Arial" w:hAnsi="Arial"/>
          <w:sz w:val="24"/>
        </w:rPr>
        <w:t>Colab</w:t>
      </w:r>
      <w:proofErr w:type="spellEnd"/>
      <w:r>
        <w:rPr>
          <w:rFonts w:ascii="Arial" w:hAnsi="Arial"/>
          <w:sz w:val="24"/>
        </w:rPr>
        <w:t>. Para acceder al notebook con el código fuente, comentarios explicativos y visualizaciones, utilice el siguiente enlace:</w:t>
      </w:r>
    </w:p>
    <w:p w14:paraId="7DAA5357" w14:textId="77777777" w:rsidR="00E930EC" w:rsidRDefault="00E930EC"/>
    <w:p w14:paraId="637419E9" w14:textId="77777777" w:rsidR="00F27607" w:rsidRDefault="00F27607" w:rsidP="00F27607">
      <w:pPr>
        <w:jc w:val="center"/>
      </w:pPr>
      <w:hyperlink r:id="rId6" w:history="1">
        <w:r w:rsidRPr="005C7A0C">
          <w:rPr>
            <w:rStyle w:val="Hipervnculo"/>
            <w:rFonts w:ascii="Courier New" w:hAnsi="Courier New"/>
            <w:b/>
            <w:sz w:val="28"/>
          </w:rPr>
          <w:t>[ENLACE DE GOOGLE COLAB]</w:t>
        </w:r>
      </w:hyperlink>
    </w:p>
    <w:p w14:paraId="247E2F0A" w14:textId="77777777" w:rsidR="00E930EC" w:rsidRDefault="00E930EC"/>
    <w:p w14:paraId="1612F483" w14:textId="77777777" w:rsidR="00E930EC" w:rsidRDefault="00E930EC"/>
    <w:p w14:paraId="703AFB03" w14:textId="77777777" w:rsidR="00E930EC" w:rsidRDefault="00000000">
      <w:r>
        <w:rPr>
          <w:rFonts w:ascii="Arial" w:hAnsi="Arial"/>
          <w:b/>
          <w:sz w:val="24"/>
        </w:rPr>
        <w:t>Contenido del Notebook:</w:t>
      </w:r>
    </w:p>
    <w:p w14:paraId="21BC8F7D" w14:textId="77777777" w:rsidR="00E930EC" w:rsidRDefault="00000000">
      <w:pPr>
        <w:pStyle w:val="Listaconvietas"/>
      </w:pPr>
      <w:r>
        <w:rPr>
          <w:rFonts w:ascii="Arial" w:hAnsi="Arial"/>
        </w:rPr>
        <w:t>Portada e información del estudiante</w:t>
      </w:r>
    </w:p>
    <w:p w14:paraId="59D96961" w14:textId="77777777" w:rsidR="00E930EC" w:rsidRDefault="00000000">
      <w:pPr>
        <w:pStyle w:val="Listaconvietas"/>
      </w:pPr>
      <w:r>
        <w:rPr>
          <w:rFonts w:ascii="Arial" w:hAnsi="Arial"/>
        </w:rPr>
        <w:t>Preguntas orientadoras respondidas</w:t>
      </w:r>
    </w:p>
    <w:p w14:paraId="04AC8635" w14:textId="77777777" w:rsidR="00E930EC" w:rsidRDefault="00000000">
      <w:pPr>
        <w:pStyle w:val="Listaconvietas"/>
      </w:pPr>
      <w:r>
        <w:rPr>
          <w:rFonts w:ascii="Arial" w:hAnsi="Arial"/>
        </w:rPr>
        <w:t>Configuración del entorno e importación de librerías</w:t>
      </w:r>
    </w:p>
    <w:p w14:paraId="69A55C2B" w14:textId="77777777" w:rsidR="00E930EC" w:rsidRDefault="00000000">
      <w:pPr>
        <w:pStyle w:val="Listaconvietas"/>
      </w:pPr>
      <w:r>
        <w:rPr>
          <w:rFonts w:ascii="Arial" w:hAnsi="Arial"/>
        </w:rPr>
        <w:t xml:space="preserve">Carga y exploración del </w:t>
      </w:r>
      <w:proofErr w:type="spellStart"/>
      <w:r>
        <w:rPr>
          <w:rFonts w:ascii="Arial" w:hAnsi="Arial"/>
        </w:rPr>
        <w:t>dataset</w:t>
      </w:r>
      <w:proofErr w:type="spellEnd"/>
      <w:r>
        <w:rPr>
          <w:rFonts w:ascii="Arial" w:hAnsi="Arial"/>
        </w:rPr>
        <w:t xml:space="preserve"> Diabetes</w:t>
      </w:r>
    </w:p>
    <w:p w14:paraId="07CDD150" w14:textId="77777777" w:rsidR="00E930EC" w:rsidRDefault="00000000">
      <w:pPr>
        <w:pStyle w:val="Listaconvietas"/>
      </w:pPr>
      <w:r>
        <w:rPr>
          <w:rFonts w:ascii="Arial" w:hAnsi="Arial"/>
        </w:rPr>
        <w:t xml:space="preserve">Exploración de datos con </w:t>
      </w:r>
      <w:proofErr w:type="spellStart"/>
      <w:r>
        <w:rPr>
          <w:rFonts w:ascii="Arial" w:hAnsi="Arial"/>
        </w:rPr>
        <w:t>Polars</w:t>
      </w:r>
      <w:proofErr w:type="spellEnd"/>
      <w:r>
        <w:rPr>
          <w:rFonts w:ascii="Arial" w:hAnsi="Arial"/>
        </w:rPr>
        <w:t xml:space="preserve"> (estadísticas, filtrado, comparativa)</w:t>
      </w:r>
    </w:p>
    <w:p w14:paraId="7DE3AEEB" w14:textId="77777777" w:rsidR="00E930EC" w:rsidRDefault="00000000">
      <w:pPr>
        <w:pStyle w:val="Listaconvietas"/>
      </w:pPr>
      <w:r>
        <w:rPr>
          <w:rFonts w:ascii="Arial" w:hAnsi="Arial"/>
        </w:rPr>
        <w:t xml:space="preserve">Análisis estadístico con </w:t>
      </w:r>
      <w:proofErr w:type="spellStart"/>
      <w:r>
        <w:rPr>
          <w:rFonts w:ascii="Arial" w:hAnsi="Arial"/>
        </w:rPr>
        <w:t>NumPy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SciPy</w:t>
      </w:r>
      <w:proofErr w:type="spellEnd"/>
    </w:p>
    <w:p w14:paraId="22BA6ACE" w14:textId="77777777" w:rsidR="00E930EC" w:rsidRDefault="00000000">
      <w:pPr>
        <w:pStyle w:val="Listaconvietas"/>
      </w:pPr>
      <w:r>
        <w:rPr>
          <w:rFonts w:ascii="Arial" w:hAnsi="Arial"/>
        </w:rPr>
        <w:t xml:space="preserve">Visualización de datos con </w:t>
      </w:r>
      <w:proofErr w:type="spellStart"/>
      <w:r>
        <w:rPr>
          <w:rFonts w:ascii="Arial" w:hAnsi="Arial"/>
        </w:rPr>
        <w:t>Matplotlib</w:t>
      </w:r>
      <w:proofErr w:type="spellEnd"/>
    </w:p>
    <w:p w14:paraId="64A016DB" w14:textId="77777777" w:rsidR="00E930EC" w:rsidRDefault="00000000">
      <w:pPr>
        <w:pStyle w:val="Listaconvietas"/>
      </w:pPr>
      <w:r>
        <w:rPr>
          <w:rFonts w:ascii="Arial" w:hAnsi="Arial"/>
        </w:rPr>
        <w:t xml:space="preserve">Visualización avanzada con </w:t>
      </w:r>
      <w:proofErr w:type="spellStart"/>
      <w:r>
        <w:rPr>
          <w:rFonts w:ascii="Arial" w:hAnsi="Arial"/>
        </w:rPr>
        <w:t>Seaborn</w:t>
      </w:r>
      <w:proofErr w:type="spellEnd"/>
    </w:p>
    <w:p w14:paraId="6C99CE56" w14:textId="77777777" w:rsidR="00E930EC" w:rsidRDefault="00000000">
      <w:pPr>
        <w:pStyle w:val="Listaconvietas"/>
      </w:pPr>
      <w:r>
        <w:rPr>
          <w:rFonts w:ascii="Arial" w:hAnsi="Arial"/>
        </w:rPr>
        <w:t>Conclusiones reflexivas</w:t>
      </w:r>
    </w:p>
    <w:p w14:paraId="638D9FF8" w14:textId="77777777" w:rsidR="00E930EC" w:rsidRDefault="00000000">
      <w:pPr>
        <w:pStyle w:val="Listaconvietas"/>
      </w:pPr>
      <w:r>
        <w:rPr>
          <w:rFonts w:ascii="Arial" w:hAnsi="Arial"/>
        </w:rPr>
        <w:t>Referencias bibliográficas en formato APA</w:t>
      </w:r>
    </w:p>
    <w:p w14:paraId="4B3EC822" w14:textId="77777777" w:rsidR="00E930EC" w:rsidRDefault="00E930EC"/>
    <w:p w14:paraId="42908E6D" w14:textId="77777777" w:rsidR="00E930EC" w:rsidRDefault="00E930EC"/>
    <w:p w14:paraId="3EB4CFC7" w14:textId="77777777" w:rsidR="00E930EC" w:rsidRDefault="00000000">
      <w:r>
        <w:rPr>
          <w:rFonts w:ascii="Arial" w:hAnsi="Arial"/>
          <w:b/>
          <w:sz w:val="24"/>
        </w:rPr>
        <w:t>Librerías de Python utilizadas:</w:t>
      </w:r>
    </w:p>
    <w:p w14:paraId="3993D983" w14:textId="77777777" w:rsidR="00E930EC" w:rsidRDefault="00000000">
      <w:pPr>
        <w:pStyle w:val="Listaconvietas"/>
      </w:pPr>
      <w:proofErr w:type="spellStart"/>
      <w:r>
        <w:rPr>
          <w:rFonts w:ascii="Arial" w:hAnsi="Arial"/>
        </w:rPr>
        <w:t>NumPy</w:t>
      </w:r>
      <w:proofErr w:type="spellEnd"/>
      <w:r>
        <w:rPr>
          <w:rFonts w:ascii="Arial" w:hAnsi="Arial"/>
        </w:rPr>
        <w:t xml:space="preserve"> - Cálculo numérico y operaciones con </w:t>
      </w:r>
      <w:proofErr w:type="spellStart"/>
      <w:r>
        <w:rPr>
          <w:rFonts w:ascii="Arial" w:hAnsi="Arial"/>
        </w:rPr>
        <w:t>arrays</w:t>
      </w:r>
      <w:proofErr w:type="spellEnd"/>
    </w:p>
    <w:p w14:paraId="780C56B8" w14:textId="77777777" w:rsidR="00E930EC" w:rsidRDefault="00000000">
      <w:pPr>
        <w:pStyle w:val="Listaconvietas"/>
      </w:pPr>
      <w:proofErr w:type="spellStart"/>
      <w:r>
        <w:rPr>
          <w:rFonts w:ascii="Arial" w:hAnsi="Arial"/>
        </w:rPr>
        <w:t>SciPy</w:t>
      </w:r>
      <w:proofErr w:type="spellEnd"/>
      <w:r>
        <w:rPr>
          <w:rFonts w:ascii="Arial" w:hAnsi="Arial"/>
        </w:rPr>
        <w:t xml:space="preserve"> - Estadística avanzada y </w:t>
      </w:r>
      <w:proofErr w:type="spellStart"/>
      <w:r>
        <w:rPr>
          <w:rFonts w:ascii="Arial" w:hAnsi="Arial"/>
        </w:rPr>
        <w:t>tests</w:t>
      </w:r>
      <w:proofErr w:type="spellEnd"/>
      <w:r>
        <w:rPr>
          <w:rFonts w:ascii="Arial" w:hAnsi="Arial"/>
        </w:rPr>
        <w:t xml:space="preserve"> de hipótesis</w:t>
      </w:r>
    </w:p>
    <w:p w14:paraId="0C67D2C6" w14:textId="77777777" w:rsidR="00E930EC" w:rsidRDefault="00000000">
      <w:pPr>
        <w:pStyle w:val="Listaconvietas"/>
      </w:pPr>
      <w:r>
        <w:rPr>
          <w:rFonts w:ascii="Arial" w:hAnsi="Arial"/>
        </w:rPr>
        <w:t>Pandas - Manipulación y análisis de datos tabulares</w:t>
      </w:r>
    </w:p>
    <w:p w14:paraId="060DA810" w14:textId="77777777" w:rsidR="00E930EC" w:rsidRDefault="00000000">
      <w:pPr>
        <w:pStyle w:val="Listaconvietas"/>
      </w:pPr>
      <w:proofErr w:type="spellStart"/>
      <w:r>
        <w:rPr>
          <w:rFonts w:ascii="Arial" w:hAnsi="Arial"/>
        </w:rPr>
        <w:t>Polars</w:t>
      </w:r>
      <w:proofErr w:type="spellEnd"/>
      <w:r>
        <w:rPr>
          <w:rFonts w:ascii="Arial" w:hAnsi="Arial"/>
        </w:rPr>
        <w:t xml:space="preserve"> - Alternativa moderna y eficiente a Pandas</w:t>
      </w:r>
    </w:p>
    <w:p w14:paraId="54F50EC8" w14:textId="77777777" w:rsidR="00E930EC" w:rsidRDefault="00000000">
      <w:pPr>
        <w:pStyle w:val="Listaconvietas"/>
      </w:pPr>
      <w:proofErr w:type="spellStart"/>
      <w:r>
        <w:rPr>
          <w:rFonts w:ascii="Arial" w:hAnsi="Arial"/>
        </w:rPr>
        <w:t>Matplotlib</w:t>
      </w:r>
      <w:proofErr w:type="spellEnd"/>
      <w:r>
        <w:rPr>
          <w:rFonts w:ascii="Arial" w:hAnsi="Arial"/>
        </w:rPr>
        <w:t xml:space="preserve"> - Visualización de datos básica</w:t>
      </w:r>
    </w:p>
    <w:p w14:paraId="5844E57F" w14:textId="77777777" w:rsidR="00E930EC" w:rsidRDefault="00000000">
      <w:pPr>
        <w:pStyle w:val="Listaconvietas"/>
      </w:pPr>
      <w:proofErr w:type="spellStart"/>
      <w:r>
        <w:rPr>
          <w:rFonts w:ascii="Arial" w:hAnsi="Arial"/>
        </w:rPr>
        <w:t>Seaborn</w:t>
      </w:r>
      <w:proofErr w:type="spellEnd"/>
      <w:r>
        <w:rPr>
          <w:rFonts w:ascii="Arial" w:hAnsi="Arial"/>
        </w:rPr>
        <w:t xml:space="preserve"> - Visualización estadística avanzada</w:t>
      </w:r>
    </w:p>
    <w:sectPr w:rsidR="00E930E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0656887">
    <w:abstractNumId w:val="8"/>
  </w:num>
  <w:num w:numId="2" w16cid:durableId="1312825991">
    <w:abstractNumId w:val="6"/>
  </w:num>
  <w:num w:numId="3" w16cid:durableId="2052070342">
    <w:abstractNumId w:val="5"/>
  </w:num>
  <w:num w:numId="4" w16cid:durableId="615330332">
    <w:abstractNumId w:val="4"/>
  </w:num>
  <w:num w:numId="5" w16cid:durableId="1412046336">
    <w:abstractNumId w:val="7"/>
  </w:num>
  <w:num w:numId="6" w16cid:durableId="718943055">
    <w:abstractNumId w:val="3"/>
  </w:num>
  <w:num w:numId="7" w16cid:durableId="74207134">
    <w:abstractNumId w:val="2"/>
  </w:num>
  <w:num w:numId="8" w16cid:durableId="611281213">
    <w:abstractNumId w:val="1"/>
  </w:num>
  <w:num w:numId="9" w16cid:durableId="2341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81A"/>
    <w:rsid w:val="00326F90"/>
    <w:rsid w:val="0046485D"/>
    <w:rsid w:val="00AA1D8D"/>
    <w:rsid w:val="00B47730"/>
    <w:rsid w:val="00C45F2D"/>
    <w:rsid w:val="00CB0664"/>
    <w:rsid w:val="00D328C1"/>
    <w:rsid w:val="00E930EC"/>
    <w:rsid w:val="00F276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F90A0"/>
  <w14:defaultImageDpi w14:val="300"/>
  <w15:docId w15:val="{E1AD47F7-7875-114A-9949-6019774B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F2760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328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lab.research.google.com/drive/1YM81J_QYEqPGRm41blhqdJ8UZ-SjdPW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1141</Characters>
  <Application>Microsoft Office Word</Application>
  <DocSecurity>0</DocSecurity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Oviedo Fadul</cp:lastModifiedBy>
  <cp:revision>6</cp:revision>
  <dcterms:created xsi:type="dcterms:W3CDTF">2013-12-23T23:15:00Z</dcterms:created>
  <dcterms:modified xsi:type="dcterms:W3CDTF">2026-02-10T02:02:00Z</dcterms:modified>
  <cp:category/>
</cp:coreProperties>
</file>